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7DBA7" w14:textId="79DF33B2" w:rsidR="00FF45D8" w:rsidRPr="00A503AF" w:rsidRDefault="00A503AF">
      <w:pPr>
        <w:spacing w:after="80"/>
        <w:rPr>
          <w:rFonts w:ascii="Sassoon Infant Std" w:hAnsi="Sassoon Infant Std"/>
          <w:bCs/>
        </w:rPr>
      </w:pPr>
      <w:r>
        <w:rPr>
          <w:rFonts w:ascii="Sassoon Infant Std" w:hAnsi="Sassoon Infant Std"/>
          <w:noProof/>
        </w:rPr>
        <w:drawing>
          <wp:anchor distT="0" distB="0" distL="114300" distR="114300" simplePos="0" relativeHeight="251657216" behindDoc="1" locked="0" layoutInCell="1" allowOverlap="1" wp14:anchorId="19951A8E" wp14:editId="16180F13">
            <wp:simplePos x="0" y="0"/>
            <wp:positionH relativeFrom="column">
              <wp:posOffset>4949825</wp:posOffset>
            </wp:positionH>
            <wp:positionV relativeFrom="paragraph">
              <wp:posOffset>-251460</wp:posOffset>
            </wp:positionV>
            <wp:extent cx="1356360" cy="1315085"/>
            <wp:effectExtent l="0" t="0" r="0" b="0"/>
            <wp:wrapNone/>
            <wp:docPr id="344803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803490" name="Picture 34480349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Std" w:hAnsi="Sassoon Infant Std"/>
          <w:b/>
          <w:color w:val="183B56"/>
          <w:sz w:val="42"/>
        </w:rPr>
        <w:t xml:space="preserve">Year 5 </w:t>
      </w:r>
      <w:r w:rsidR="003F50D6" w:rsidRPr="00A503AF">
        <w:rPr>
          <w:rFonts w:ascii="Sassoon Infant Std" w:hAnsi="Sassoon Infant Std"/>
          <w:b/>
          <w:color w:val="183B56"/>
          <w:sz w:val="42"/>
        </w:rPr>
        <w:t xml:space="preserve">Foundation Homework: </w:t>
      </w:r>
      <w:r w:rsidR="003F50D6" w:rsidRPr="00A503AF">
        <w:rPr>
          <w:rFonts w:ascii="Sassoon Infant Std" w:hAnsi="Sassoon Infant Std"/>
          <w:bCs/>
          <w:color w:val="183B56"/>
          <w:sz w:val="42"/>
        </w:rPr>
        <w:t>Autumn Term</w:t>
      </w:r>
    </w:p>
    <w:p w14:paraId="6CB16CA5" w14:textId="77777777" w:rsidR="00A503AF" w:rsidRDefault="00A503AF">
      <w:pPr>
        <w:spacing w:after="60"/>
        <w:rPr>
          <w:rFonts w:ascii="Sassoon Infant Std" w:hAnsi="Sassoon Infant Std"/>
          <w:b/>
          <w:color w:val="B34E35"/>
          <w:sz w:val="26"/>
        </w:rPr>
      </w:pPr>
    </w:p>
    <w:p w14:paraId="0DB26578" w14:textId="0020C9BB" w:rsidR="00FF45D8" w:rsidRPr="00A503AF" w:rsidRDefault="00A503AF">
      <w:pPr>
        <w:spacing w:after="60"/>
        <w:rPr>
          <w:rFonts w:ascii="Sassoon Infant Std" w:hAnsi="Sassoon Infant Std"/>
        </w:rPr>
      </w:pPr>
      <w:r>
        <w:rPr>
          <w:rFonts w:ascii="Sassoon Infant Std" w:hAnsi="Sassoon Infant Std"/>
          <w:b/>
          <w:color w:val="B34E35"/>
          <w:sz w:val="26"/>
        </w:rPr>
        <w:t>Your Challenge:</w:t>
      </w:r>
    </w:p>
    <w:p w14:paraId="0FEB713B" w14:textId="77777777" w:rsidR="00FF45D8" w:rsidRDefault="003F50D6">
      <w:pPr>
        <w:spacing w:after="120"/>
        <w:rPr>
          <w:rFonts w:ascii="Sassoon Infant Std" w:hAnsi="Sassoon Infant Std"/>
          <w:color w:val="263746"/>
          <w:sz w:val="22"/>
          <w:szCs w:val="24"/>
        </w:rPr>
      </w:pPr>
      <w:r w:rsidRPr="00A503AF">
        <w:rPr>
          <w:rFonts w:ascii="Sassoon Infant Std" w:hAnsi="Sassoon Infant Std"/>
          <w:color w:val="263746"/>
          <w:sz w:val="22"/>
          <w:szCs w:val="24"/>
        </w:rPr>
        <w:t xml:space="preserve">Pick any TWO activities from the choices below. You do not need to do them all! Be imaginative, explore your ideas and create something you are </w:t>
      </w:r>
      <w:proofErr w:type="gramStart"/>
      <w:r w:rsidRPr="00A503AF">
        <w:rPr>
          <w:rFonts w:ascii="Sassoon Infant Std" w:hAnsi="Sassoon Infant Std"/>
          <w:color w:val="263746"/>
          <w:sz w:val="22"/>
          <w:szCs w:val="24"/>
        </w:rPr>
        <w:t>really proud</w:t>
      </w:r>
      <w:proofErr w:type="gramEnd"/>
      <w:r w:rsidRPr="00A503AF">
        <w:rPr>
          <w:rFonts w:ascii="Sassoon Infant Std" w:hAnsi="Sassoon Infant Std"/>
          <w:color w:val="263746"/>
          <w:sz w:val="22"/>
          <w:szCs w:val="24"/>
        </w:rPr>
        <w:t xml:space="preserve"> to share.</w:t>
      </w:r>
    </w:p>
    <w:p w14:paraId="6922B1BE" w14:textId="4F8E4AD8" w:rsidR="00A503AF" w:rsidRDefault="00A503AF" w:rsidP="00A503AF">
      <w:pPr>
        <w:spacing w:after="0"/>
        <w:jc w:val="center"/>
        <w:rPr>
          <w:rFonts w:ascii="Sassoon Infant Std" w:hAnsi="Sassoon Infant Std"/>
          <w:b/>
          <w:color w:val="16817B"/>
          <w:sz w:val="24"/>
        </w:rPr>
      </w:pPr>
      <w:r>
        <w:rPr>
          <w:rFonts w:ascii="Sassoon Infant Std" w:hAnsi="Sassoon Infant Std"/>
          <w:b/>
          <w:color w:val="16817B"/>
          <w:sz w:val="24"/>
        </w:rPr>
        <w:t>DUE</w:t>
      </w:r>
      <w:r w:rsidR="003F50D6" w:rsidRPr="00A503AF">
        <w:rPr>
          <w:rFonts w:ascii="Sassoon Infant Std" w:hAnsi="Sassoon Infant Std"/>
          <w:b/>
          <w:color w:val="16817B"/>
          <w:sz w:val="24"/>
        </w:rPr>
        <w:t xml:space="preserve"> IN BY: WEDNESDAY 2ND DECEMBER 2026</w:t>
      </w:r>
    </w:p>
    <w:p w14:paraId="267383B2" w14:textId="7955BC38" w:rsidR="00A503AF" w:rsidRDefault="00A503AF" w:rsidP="00A503AF">
      <w:pPr>
        <w:spacing w:after="0"/>
        <w:jc w:val="center"/>
        <w:rPr>
          <w:rFonts w:ascii="Sassoon Infant Std" w:hAnsi="Sassoon Infant Std"/>
          <w:bCs/>
          <w:color w:val="16817B"/>
          <w:sz w:val="24"/>
        </w:rPr>
      </w:pPr>
      <w:r w:rsidRPr="00A503AF">
        <w:rPr>
          <w:rFonts w:ascii="Sassoon Infant Std" w:hAnsi="Sassoon Infant Std"/>
          <w:bCs/>
          <w:color w:val="16817B"/>
          <w:sz w:val="24"/>
        </w:rPr>
        <w:t>(you can hand it in before this date)</w:t>
      </w:r>
    </w:p>
    <w:p w14:paraId="682E33CA" w14:textId="77777777" w:rsidR="00A503AF" w:rsidRPr="00A503AF" w:rsidRDefault="00A503AF" w:rsidP="00A503AF">
      <w:pPr>
        <w:spacing w:after="0"/>
        <w:jc w:val="center"/>
        <w:rPr>
          <w:rFonts w:ascii="Sassoon Infant Std" w:hAnsi="Sassoon Infant Std"/>
          <w:b/>
          <w:color w:val="16817B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52C80460" w14:textId="77777777" w:rsidTr="00A503AF">
        <w:tc>
          <w:tcPr>
            <w:tcW w:w="4925" w:type="dxa"/>
            <w:shd w:val="clear" w:color="auto" w:fill="EDF6F3"/>
            <w:vAlign w:val="center"/>
          </w:tcPr>
          <w:p w14:paraId="47FAFDF8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0"/>
                <w:szCs w:val="24"/>
              </w:rPr>
            </w:pPr>
            <w:proofErr w:type="gramStart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>SCIENCE  |</w:t>
            </w:r>
            <w:proofErr w:type="gramEnd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 xml:space="preserve">  Space explorer</w:t>
            </w:r>
          </w:p>
          <w:p w14:paraId="02EDEA64" w14:textId="77777777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0"/>
                <w:szCs w:val="24"/>
              </w:rPr>
            </w:pPr>
            <w:r w:rsidRPr="00A503AF">
              <w:rPr>
                <w:rFonts w:ascii="Sassoon Infant Std" w:hAnsi="Sassoon Infant Std"/>
                <w:sz w:val="20"/>
                <w:szCs w:val="24"/>
              </w:rPr>
              <w:t>Choose an astronaut to investigate. What did they achieve? How did they inspire others? Include key facts and dates. Share your discoveries as a poster, speech or slideshow.</w:t>
            </w:r>
          </w:p>
        </w:tc>
        <w:tc>
          <w:tcPr>
            <w:tcW w:w="4925" w:type="dxa"/>
            <w:shd w:val="clear" w:color="auto" w:fill="FDF3E9"/>
          </w:tcPr>
          <w:p w14:paraId="7C45A2E4" w14:textId="77777777" w:rsidR="00FF45D8" w:rsidRPr="00A503AF" w:rsidRDefault="003F50D6" w:rsidP="00A503AF">
            <w:pPr>
              <w:spacing w:after="60"/>
              <w:rPr>
                <w:rFonts w:ascii="Sassoon Infant Std" w:hAnsi="Sassoon Infant Std"/>
                <w:sz w:val="20"/>
                <w:szCs w:val="24"/>
              </w:rPr>
            </w:pPr>
            <w:proofErr w:type="gramStart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>PE  |</w:t>
            </w:r>
            <w:proofErr w:type="gramEnd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 xml:space="preserve">  Make a Maya game</w:t>
            </w:r>
          </w:p>
          <w:p w14:paraId="1686F740" w14:textId="77777777" w:rsidR="00FF45D8" w:rsidRPr="00A503AF" w:rsidRDefault="003F50D6" w:rsidP="00A503AF">
            <w:pPr>
              <w:spacing w:after="60" w:line="252" w:lineRule="auto"/>
              <w:rPr>
                <w:rFonts w:ascii="Sassoon Infant Std" w:hAnsi="Sassoon Infant Std"/>
                <w:sz w:val="20"/>
                <w:szCs w:val="24"/>
              </w:rPr>
            </w:pPr>
            <w:r w:rsidRPr="00A503AF">
              <w:rPr>
                <w:rFonts w:ascii="Sassoon Infant Std" w:hAnsi="Sassoon Infant Std"/>
                <w:sz w:val="20"/>
                <w:szCs w:val="24"/>
              </w:rPr>
              <w:t>Invent your own game inspired by the ancient Maya. Explain the rules and how to play.</w:t>
            </w:r>
          </w:p>
        </w:tc>
      </w:tr>
    </w:tbl>
    <w:p w14:paraId="5E5CC492" w14:textId="77777777" w:rsidR="00FF45D8" w:rsidRPr="00A503AF" w:rsidRDefault="00FF45D8">
      <w:pPr>
        <w:spacing w:after="0"/>
        <w:rPr>
          <w:rFonts w:ascii="Sassoon Infant Std" w:hAnsi="Sassoon Infant Std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50321480" w14:textId="77777777" w:rsidTr="00A503AF">
        <w:tc>
          <w:tcPr>
            <w:tcW w:w="4925" w:type="dxa"/>
            <w:shd w:val="clear" w:color="auto" w:fill="FDF3E9"/>
            <w:vAlign w:val="center"/>
          </w:tcPr>
          <w:p w14:paraId="27EDEBE2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0"/>
                <w:szCs w:val="24"/>
              </w:rPr>
            </w:pPr>
            <w:proofErr w:type="gramStart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>GEOGRAPHY  |</w:t>
            </w:r>
            <w:proofErr w:type="gramEnd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 xml:space="preserve">  Map maker</w:t>
            </w:r>
          </w:p>
          <w:p w14:paraId="6D7F0495" w14:textId="42581A5F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0"/>
                <w:szCs w:val="24"/>
              </w:rPr>
            </w:pPr>
            <w:r w:rsidRPr="00A503AF">
              <w:rPr>
                <w:rFonts w:ascii="Sassoon Infant Std" w:hAnsi="Sassoon Infant Std"/>
                <w:sz w:val="20"/>
                <w:szCs w:val="24"/>
              </w:rPr>
              <w:t>Choose a place in Central or South America. Draw a map and label natural features (like rivers and mountains) and human features (like cities</w:t>
            </w:r>
            <w:proofErr w:type="gramStart"/>
            <w:r w:rsidRPr="00A503AF">
              <w:rPr>
                <w:rFonts w:ascii="Sassoon Infant Std" w:hAnsi="Sassoon Infant Std"/>
                <w:sz w:val="20"/>
                <w:szCs w:val="24"/>
              </w:rPr>
              <w:t>)</w:t>
            </w:r>
            <w:r w:rsidR="00A503AF">
              <w:rPr>
                <w:rFonts w:ascii="Sassoon Infant Std" w:hAnsi="Sassoon Infant Std"/>
                <w:sz w:val="20"/>
                <w:szCs w:val="24"/>
              </w:rPr>
              <w:t>, or</w:t>
            </w:r>
            <w:proofErr w:type="gramEnd"/>
            <w:r w:rsidRPr="00A503AF">
              <w:rPr>
                <w:rFonts w:ascii="Sassoon Infant Std" w:hAnsi="Sassoon Infant Std"/>
                <w:sz w:val="20"/>
                <w:szCs w:val="24"/>
              </w:rPr>
              <w:t xml:space="preserve"> map the journey of a famous explorer.</w:t>
            </w:r>
          </w:p>
        </w:tc>
        <w:tc>
          <w:tcPr>
            <w:tcW w:w="4925" w:type="dxa"/>
            <w:shd w:val="clear" w:color="auto" w:fill="EDF3FA"/>
          </w:tcPr>
          <w:p w14:paraId="3CDFACE8" w14:textId="77777777" w:rsidR="00FF45D8" w:rsidRPr="00A503AF" w:rsidRDefault="003F50D6" w:rsidP="00A503AF">
            <w:pPr>
              <w:spacing w:after="60"/>
              <w:rPr>
                <w:rFonts w:ascii="Sassoon Infant Std" w:hAnsi="Sassoon Infant Std"/>
                <w:sz w:val="20"/>
                <w:szCs w:val="24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 xml:space="preserve">RELIGION &amp; WORLD </w:t>
            </w:r>
            <w:proofErr w:type="gramStart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>VIEWS  |</w:t>
            </w:r>
            <w:proofErr w:type="gramEnd"/>
            <w:r w:rsidRPr="00A503AF">
              <w:rPr>
                <w:rFonts w:ascii="Sassoon Infant Std" w:hAnsi="Sassoon Infant Std"/>
                <w:b/>
                <w:color w:val="175160"/>
                <w:sz w:val="20"/>
                <w:szCs w:val="24"/>
              </w:rPr>
              <w:t xml:space="preserve">  Maya beliefs</w:t>
            </w:r>
          </w:p>
          <w:p w14:paraId="6BF925F5" w14:textId="77777777" w:rsidR="00FF45D8" w:rsidRPr="00A503AF" w:rsidRDefault="003F50D6" w:rsidP="00A503AF">
            <w:pPr>
              <w:spacing w:after="60" w:line="252" w:lineRule="auto"/>
              <w:rPr>
                <w:rFonts w:ascii="Sassoon Infant Std" w:hAnsi="Sassoon Infant Std"/>
                <w:sz w:val="20"/>
                <w:szCs w:val="24"/>
              </w:rPr>
            </w:pPr>
            <w:r w:rsidRPr="00A503AF">
              <w:rPr>
                <w:rFonts w:ascii="Sassoon Infant Std" w:hAnsi="Sassoon Infant Std"/>
                <w:sz w:val="20"/>
                <w:szCs w:val="24"/>
              </w:rPr>
              <w:t>Find out about Maya religion and customs. Show what you learn through writing, a poster or a slideshow.</w:t>
            </w:r>
          </w:p>
        </w:tc>
      </w:tr>
    </w:tbl>
    <w:p w14:paraId="2C494CF1" w14:textId="77777777" w:rsidR="00FF45D8" w:rsidRPr="00A503AF" w:rsidRDefault="00FF45D8">
      <w:pPr>
        <w:spacing w:after="0"/>
        <w:rPr>
          <w:rFonts w:ascii="Sassoon Infant Std" w:hAnsi="Sassoon Infant Std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6E9B9CCC" w14:textId="77777777" w:rsidTr="00A503AF">
        <w:tc>
          <w:tcPr>
            <w:tcW w:w="4925" w:type="dxa"/>
            <w:shd w:val="clear" w:color="auto" w:fill="EDF3FA"/>
          </w:tcPr>
          <w:p w14:paraId="1319763F" w14:textId="77777777" w:rsidR="00FF45D8" w:rsidRPr="00A503AF" w:rsidRDefault="003F50D6" w:rsidP="00A503AF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MUSIC  |  Maya sounds</w:t>
            </w:r>
          </w:p>
          <w:p w14:paraId="52DA074F" w14:textId="77777777" w:rsidR="00FF45D8" w:rsidRPr="00A503AF" w:rsidRDefault="003F50D6" w:rsidP="00A503AF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Compose your own piece of music using an instrument that the Maya would have used.</w:t>
            </w:r>
          </w:p>
        </w:tc>
        <w:tc>
          <w:tcPr>
            <w:tcW w:w="4925" w:type="dxa"/>
            <w:shd w:val="clear" w:color="auto" w:fill="EDF6F3"/>
            <w:vAlign w:val="center"/>
          </w:tcPr>
          <w:p w14:paraId="115732ED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COMPUTING  |  Build a Maya village</w:t>
            </w:r>
          </w:p>
          <w:p w14:paraId="59495DAD" w14:textId="77777777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Use Minecraft or another computer program to create a Maya village. Take screenshots and explain your design in a slideshow.</w:t>
            </w:r>
          </w:p>
        </w:tc>
      </w:tr>
    </w:tbl>
    <w:p w14:paraId="62DB2DFA" w14:textId="77777777" w:rsidR="00FF45D8" w:rsidRPr="00A503AF" w:rsidRDefault="00FF45D8">
      <w:pPr>
        <w:spacing w:after="0"/>
        <w:rPr>
          <w:rFonts w:ascii="Sassoon Infant Std" w:hAnsi="Sassoon Infant Std"/>
          <w:sz w:val="2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6E0622B3" w14:textId="77777777">
        <w:tc>
          <w:tcPr>
            <w:tcW w:w="4925" w:type="dxa"/>
            <w:shd w:val="clear" w:color="auto" w:fill="EDF6F3"/>
            <w:vAlign w:val="center"/>
          </w:tcPr>
          <w:p w14:paraId="0D7FB101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HISTORY  |  Travel through time</w:t>
            </w:r>
          </w:p>
          <w:p w14:paraId="76B63D64" w14:textId="6FD24D93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Make a timeline of the ancient Maya civilisation. Include important events and discoveries, and show what came before and after</w:t>
            </w:r>
            <w:r w:rsidR="00A503AF">
              <w:rPr>
                <w:rFonts w:ascii="Sassoon Infant Std" w:hAnsi="Sassoon Infant Std"/>
                <w:sz w:val="20"/>
                <w:szCs w:val="28"/>
              </w:rPr>
              <w:t xml:space="preserve"> (include images).</w:t>
            </w:r>
          </w:p>
        </w:tc>
        <w:tc>
          <w:tcPr>
            <w:tcW w:w="4925" w:type="dxa"/>
            <w:shd w:val="clear" w:color="auto" w:fill="FDF3E9"/>
            <w:vAlign w:val="center"/>
          </w:tcPr>
          <w:p w14:paraId="485E10DA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proofErr w:type="gramStart"/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ENGLISH  |</w:t>
            </w:r>
            <w:proofErr w:type="gramEnd"/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 xml:space="preserve">  Amazon animal expert</w:t>
            </w:r>
          </w:p>
          <w:p w14:paraId="5BB947D8" w14:textId="632F8931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Choose an animal from the Amazon rainforest. Create an exciting fact-filled, non-chronological report</w:t>
            </w:r>
            <w:r w:rsidR="00A503AF">
              <w:rPr>
                <w:rFonts w:ascii="Sassoon Infant Std" w:hAnsi="Sassoon Infant Std"/>
                <w:sz w:val="20"/>
                <w:szCs w:val="28"/>
              </w:rPr>
              <w:t xml:space="preserve"> (</w:t>
            </w:r>
            <w:r w:rsidRPr="00A503AF">
              <w:rPr>
                <w:rFonts w:ascii="Sassoon Infant Std" w:hAnsi="Sassoon Infant Std"/>
                <w:sz w:val="20"/>
                <w:szCs w:val="28"/>
              </w:rPr>
              <w:t xml:space="preserve">like an </w:t>
            </w:r>
            <w:r w:rsidR="00A503AF" w:rsidRPr="00A503AF">
              <w:rPr>
                <w:rFonts w:ascii="Sassoon Infant Std" w:hAnsi="Sassoon Infant Std"/>
                <w:sz w:val="20"/>
                <w:szCs w:val="28"/>
              </w:rPr>
              <w:t>encyclopedia</w:t>
            </w:r>
            <w:r w:rsidRPr="00A503AF">
              <w:rPr>
                <w:rFonts w:ascii="Sassoon Infant Std" w:hAnsi="Sassoon Infant Std"/>
                <w:sz w:val="20"/>
                <w:szCs w:val="28"/>
              </w:rPr>
              <w:t xml:space="preserve"> page</w:t>
            </w:r>
            <w:r w:rsidR="00A503AF">
              <w:rPr>
                <w:rFonts w:ascii="Sassoon Infant Std" w:hAnsi="Sassoon Infant Std"/>
                <w:sz w:val="20"/>
                <w:szCs w:val="28"/>
              </w:rPr>
              <w:t>)</w:t>
            </w:r>
          </w:p>
        </w:tc>
      </w:tr>
    </w:tbl>
    <w:p w14:paraId="7C6E292E" w14:textId="77777777" w:rsidR="00FF45D8" w:rsidRPr="00A503AF" w:rsidRDefault="00FF45D8">
      <w:pPr>
        <w:spacing w:after="0"/>
        <w:rPr>
          <w:rFonts w:ascii="Sassoon Infant Std" w:hAnsi="Sassoon Infant Std"/>
          <w:sz w:val="2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76084A40" w14:textId="77777777" w:rsidTr="00A503AF">
        <w:tc>
          <w:tcPr>
            <w:tcW w:w="4925" w:type="dxa"/>
            <w:shd w:val="clear" w:color="auto" w:fill="FDF3E9"/>
          </w:tcPr>
          <w:p w14:paraId="292EC92A" w14:textId="77777777" w:rsidR="00FF45D8" w:rsidRPr="00A503AF" w:rsidRDefault="003F50D6" w:rsidP="00A503AF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MATHS  |  Maya number detective</w:t>
            </w:r>
          </w:p>
          <w:p w14:paraId="02E8290D" w14:textId="77777777" w:rsidR="00FF45D8" w:rsidRPr="00A503AF" w:rsidRDefault="003F50D6" w:rsidP="00A503AF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Explore how the Maya used a base-20 number system. Show some examples and explain how their number system worked.</w:t>
            </w:r>
          </w:p>
        </w:tc>
        <w:tc>
          <w:tcPr>
            <w:tcW w:w="4925" w:type="dxa"/>
            <w:shd w:val="clear" w:color="auto" w:fill="EDF3FA"/>
            <w:vAlign w:val="center"/>
          </w:tcPr>
          <w:p w14:paraId="1F7B9491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DT  |  Wonderful weaving</w:t>
            </w:r>
          </w:p>
          <w:p w14:paraId="62FF4509" w14:textId="77777777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Discover why weaving mattered to the Maya, what materials they used and how a loom worked. Present your findings creatively.</w:t>
            </w:r>
          </w:p>
        </w:tc>
      </w:tr>
    </w:tbl>
    <w:p w14:paraId="37156D3D" w14:textId="77777777" w:rsidR="00FF45D8" w:rsidRPr="00A503AF" w:rsidRDefault="00FF45D8">
      <w:pPr>
        <w:spacing w:after="0"/>
        <w:rPr>
          <w:rFonts w:ascii="Sassoon Infant Std" w:hAnsi="Sassoon Infant Std"/>
          <w:sz w:val="2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5"/>
        <w:gridCol w:w="4925"/>
      </w:tblGrid>
      <w:tr w:rsidR="00FF45D8" w:rsidRPr="00A503AF" w14:paraId="0929FBA6" w14:textId="77777777" w:rsidTr="00A503AF">
        <w:tc>
          <w:tcPr>
            <w:tcW w:w="4925" w:type="dxa"/>
            <w:shd w:val="clear" w:color="auto" w:fill="EDF3FA"/>
          </w:tcPr>
          <w:p w14:paraId="4C0C9DE4" w14:textId="77777777" w:rsidR="00FF45D8" w:rsidRPr="00A503AF" w:rsidRDefault="003F50D6" w:rsidP="00A503AF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FOOD TECHNOLOGY  |  Maya banquet</w:t>
            </w:r>
          </w:p>
          <w:p w14:paraId="1B1220C7" w14:textId="77777777" w:rsidR="00FF45D8" w:rsidRPr="00A503AF" w:rsidRDefault="003F50D6" w:rsidP="00A503AF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Research foods eaten by the Maya. Design a delicious-looking menu for a village banquet.</w:t>
            </w:r>
          </w:p>
        </w:tc>
        <w:tc>
          <w:tcPr>
            <w:tcW w:w="4925" w:type="dxa"/>
            <w:shd w:val="clear" w:color="auto" w:fill="EDF6F3"/>
            <w:vAlign w:val="center"/>
          </w:tcPr>
          <w:p w14:paraId="218029D1" w14:textId="77777777" w:rsidR="00FF45D8" w:rsidRPr="00A503AF" w:rsidRDefault="003F50D6">
            <w:pPr>
              <w:spacing w:after="60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b/>
                <w:color w:val="175160"/>
                <w:sz w:val="22"/>
                <w:szCs w:val="28"/>
              </w:rPr>
              <w:t>ART  |  Headdress designer</w:t>
            </w:r>
          </w:p>
          <w:p w14:paraId="4CD10141" w14:textId="77777777" w:rsidR="00FF45D8" w:rsidRPr="00A503AF" w:rsidRDefault="003F50D6">
            <w:pPr>
              <w:spacing w:after="60" w:line="252" w:lineRule="auto"/>
              <w:rPr>
                <w:rFonts w:ascii="Sassoon Infant Std" w:hAnsi="Sassoon Infant Std"/>
                <w:sz w:val="22"/>
                <w:szCs w:val="28"/>
              </w:rPr>
            </w:pPr>
            <w:r w:rsidRPr="00A503AF">
              <w:rPr>
                <w:rFonts w:ascii="Sassoon Infant Std" w:hAnsi="Sassoon Infant Std"/>
                <w:sz w:val="20"/>
                <w:szCs w:val="28"/>
              </w:rPr>
              <w:t>Design your own elaborate Maya-inspired headdress. Draw and colour it carefully, or build it using recycled materials.</w:t>
            </w:r>
          </w:p>
        </w:tc>
      </w:tr>
    </w:tbl>
    <w:p w14:paraId="2AA7CB66" w14:textId="77777777" w:rsidR="00FF45D8" w:rsidRPr="00A503AF" w:rsidRDefault="00FF45D8">
      <w:pPr>
        <w:spacing w:after="0"/>
        <w:rPr>
          <w:rFonts w:ascii="Sassoon Infant Std" w:hAnsi="Sassoon Infant Std"/>
        </w:rPr>
      </w:pPr>
    </w:p>
    <w:p w14:paraId="62E5D34E" w14:textId="77777777" w:rsidR="00A503AF" w:rsidRDefault="00A503AF">
      <w:pPr>
        <w:spacing w:after="60"/>
        <w:rPr>
          <w:rFonts w:ascii="Sassoon Infant Std" w:hAnsi="Sassoon Infant Std"/>
          <w:b/>
          <w:color w:val="B34E35"/>
          <w:sz w:val="24"/>
          <w:szCs w:val="24"/>
        </w:rPr>
      </w:pPr>
    </w:p>
    <w:p w14:paraId="0232D576" w14:textId="02CF39B7" w:rsidR="00FF45D8" w:rsidRPr="00A503AF" w:rsidRDefault="003F50D6">
      <w:pPr>
        <w:spacing w:after="60"/>
        <w:rPr>
          <w:rFonts w:ascii="Sassoon Infant Std" w:hAnsi="Sassoon Infant Std"/>
          <w:sz w:val="20"/>
          <w:szCs w:val="24"/>
        </w:rPr>
      </w:pPr>
      <w:r w:rsidRPr="00A503AF">
        <w:rPr>
          <w:rFonts w:ascii="Sassoon Infant Std" w:hAnsi="Sassoon Infant Std"/>
          <w:b/>
          <w:color w:val="B34E35"/>
          <w:sz w:val="24"/>
          <w:szCs w:val="24"/>
        </w:rPr>
        <w:t>MAKE IT BRILLIANT!</w:t>
      </w:r>
    </w:p>
    <w:p w14:paraId="7333B554" w14:textId="77777777" w:rsidR="00FF45D8" w:rsidRPr="00A503AF" w:rsidRDefault="003F50D6">
      <w:pPr>
        <w:spacing w:after="80"/>
        <w:rPr>
          <w:rFonts w:ascii="Sassoon Infant Std" w:hAnsi="Sassoon Infant Std"/>
          <w:sz w:val="22"/>
          <w:szCs w:val="28"/>
        </w:rPr>
      </w:pPr>
      <w:r w:rsidRPr="00A503AF">
        <w:rPr>
          <w:rFonts w:ascii="Sassoon Infant Std" w:hAnsi="Sassoon Infant Std"/>
          <w:color w:val="263746"/>
          <w:sz w:val="22"/>
          <w:szCs w:val="28"/>
        </w:rPr>
        <w:t>Take pride in every detail: use your best handwriting, thoughtful colours, careful drawings and clear explanations. You can work on paper, make something by hand or use a computer or tablet.</w:t>
      </w:r>
    </w:p>
    <w:p w14:paraId="21C050D4" w14:textId="77777777" w:rsidR="00FF45D8" w:rsidRPr="00A503AF" w:rsidRDefault="003F50D6">
      <w:pPr>
        <w:spacing w:after="60"/>
        <w:rPr>
          <w:rFonts w:ascii="Sassoon Infant Std" w:hAnsi="Sassoon Infant Std"/>
          <w:sz w:val="22"/>
          <w:szCs w:val="28"/>
        </w:rPr>
      </w:pPr>
      <w:r w:rsidRPr="00A503AF">
        <w:rPr>
          <w:rFonts w:ascii="Sassoon Infant Std" w:hAnsi="Sassoon Infant Std"/>
          <w:b/>
          <w:bCs/>
          <w:color w:val="263746"/>
          <w:sz w:val="22"/>
          <w:szCs w:val="28"/>
        </w:rPr>
        <w:t>Need help or materials?</w:t>
      </w:r>
      <w:r w:rsidRPr="00A503AF">
        <w:rPr>
          <w:rFonts w:ascii="Sassoon Infant Std" w:hAnsi="Sassoon Infant Std"/>
          <w:color w:val="263746"/>
          <w:sz w:val="22"/>
          <w:szCs w:val="28"/>
        </w:rPr>
        <w:t xml:space="preserve"> Ask your teacher early. You can also ask to use the school library or for paper.</w:t>
      </w:r>
    </w:p>
    <w:p w14:paraId="69E9A26A" w14:textId="77777777" w:rsidR="00FF45D8" w:rsidRPr="00A503AF" w:rsidRDefault="003F50D6">
      <w:pPr>
        <w:spacing w:after="0"/>
        <w:rPr>
          <w:rFonts w:ascii="Sassoon Infant Std" w:hAnsi="Sassoon Infant Std"/>
          <w:sz w:val="22"/>
          <w:szCs w:val="28"/>
        </w:rPr>
      </w:pPr>
      <w:r w:rsidRPr="00A503AF">
        <w:rPr>
          <w:rFonts w:ascii="Sassoon Infant Std" w:hAnsi="Sassoon Infant Std"/>
          <w:b/>
          <w:bCs/>
          <w:color w:val="263746"/>
          <w:sz w:val="20"/>
          <w:szCs w:val="28"/>
        </w:rPr>
        <w:t>Digital homework:</w:t>
      </w:r>
      <w:r w:rsidRPr="00A503AF">
        <w:rPr>
          <w:rFonts w:ascii="Sassoon Infant Std" w:hAnsi="Sassoon Infant Std"/>
          <w:color w:val="263746"/>
          <w:sz w:val="20"/>
          <w:szCs w:val="28"/>
        </w:rPr>
        <w:t xml:space="preserve"> email your work to office@westacre.worcs.sch.uk. Include your name, class and “FAO your teacher”.</w:t>
      </w:r>
    </w:p>
    <w:sectPr w:rsidR="00FF45D8" w:rsidRPr="00A503AF" w:rsidSect="00034616">
      <w:pgSz w:w="11909" w:h="16834"/>
      <w:pgMar w:top="792" w:right="893" w:bottom="792" w:left="8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8061709">
    <w:abstractNumId w:val="8"/>
  </w:num>
  <w:num w:numId="2" w16cid:durableId="363361237">
    <w:abstractNumId w:val="6"/>
  </w:num>
  <w:num w:numId="3" w16cid:durableId="826289165">
    <w:abstractNumId w:val="5"/>
  </w:num>
  <w:num w:numId="4" w16cid:durableId="1264919274">
    <w:abstractNumId w:val="4"/>
  </w:num>
  <w:num w:numId="5" w16cid:durableId="1136293083">
    <w:abstractNumId w:val="7"/>
  </w:num>
  <w:num w:numId="6" w16cid:durableId="1614902452">
    <w:abstractNumId w:val="3"/>
  </w:num>
  <w:num w:numId="7" w16cid:durableId="17852109">
    <w:abstractNumId w:val="2"/>
  </w:num>
  <w:num w:numId="8" w16cid:durableId="1217863118">
    <w:abstractNumId w:val="1"/>
  </w:num>
  <w:num w:numId="9" w16cid:durableId="393818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503AF"/>
    <w:rsid w:val="00AA1D8D"/>
    <w:rsid w:val="00B47730"/>
    <w:rsid w:val="00C3353A"/>
    <w:rsid w:val="00CB0664"/>
    <w:rsid w:val="00FC693F"/>
    <w:rsid w:val="00FF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0971FD"/>
  <w14:defaultImageDpi w14:val="300"/>
  <w15:docId w15:val="{32B8DF23-96B0-4D42-8E09-65213345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5" ma:contentTypeDescription="Create a new document." ma:contentTypeScope="" ma:versionID="4d867fcf6647db9c20d63406fc25157e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efe8a9a929b2ee41a31d4d7c1982c1dc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Location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Location2" ma:index="22" nillable="true" ma:displayName="Location2" ma:format="Dropdown" ma:list="9c7bc9da-ca85-4db4-a9bc-7a96d23e2fc4" ma:internalName="Location2" ma:showField="MediaServiceLocation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ation2 xmlns="9c7bc9da-ca85-4db4-a9bc-7a96d23e2fc4" xsi:nil="true"/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73FA72-E032-486B-8FD7-3E1F9FC0218B}"/>
</file>

<file path=customXml/itemProps3.xml><?xml version="1.0" encoding="utf-8"?>
<ds:datastoreItem xmlns:ds="http://schemas.openxmlformats.org/officeDocument/2006/customXml" ds:itemID="{5D4F0A98-EBEA-4392-A8AA-233C3C1088DB}"/>
</file>

<file path=customXml/itemProps4.xml><?xml version="1.0" encoding="utf-8"?>
<ds:datastoreItem xmlns:ds="http://schemas.openxmlformats.org/officeDocument/2006/customXml" ds:itemID="{1BDDF337-9A89-498D-822E-0A824CF3FE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 HUMPHRIES</cp:lastModifiedBy>
  <cp:revision>2</cp:revision>
  <dcterms:created xsi:type="dcterms:W3CDTF">2026-10-08T07:55:00Z</dcterms:created>
  <dcterms:modified xsi:type="dcterms:W3CDTF">2026-10-08T07:55:00Z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0x0101009A872D1849F5D148B26C532B3CC6DEDD</vt:lpwstr>
  </property>
</Properties>
</file>